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1E9D8B"/>
          <w:sz w:val="20"/>
        </w:rPr>
        <w:t>metatierra digital</w:t>
      </w:r>
    </w:p>
    <w:p>
      <w:pPr>
        <w:spacing w:after="120"/>
      </w:pPr>
      <w:r>
        <w:rPr>
          <w:b/>
          <w:i w:val="0"/>
          <w:color w:val="16201F"/>
          <w:sz w:val="44"/>
        </w:rPr>
        <w:t>Ficha para crear tu web</w:t>
      </w:r>
    </w:p>
    <w:p>
      <w:pPr>
        <w:spacing w:after="160"/>
      </w:pPr>
      <w:r>
        <w:rPr>
          <w:b w:val="0"/>
          <w:i w:val="0"/>
          <w:color w:val="5D6B68"/>
          <w:sz w:val="20"/>
        </w:rPr>
        <w:t>Todo lo que necesitamos para hacer tu web a la primera. Cuanto más completa, más rápido y con menos cambios: cada hueco vacío es algo que tendríamos que adivinar. Si algo no aplica a tu negocio, déjalo en blanco.</w:t>
      </w:r>
    </w:p>
    <w:p>
      <w:pPr>
        <w:spacing w:after="200"/>
      </w:pPr>
      <w:r>
        <w:rPr>
          <w:b w:val="0"/>
          <w:i/>
          <w:color w:val="5D6B68"/>
          <w:sz w:val="18"/>
        </w:rPr>
        <w:t>Escribe en los recuadros grises. Si prefieres, rellénala online en metatierradigital.com/ficha.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Tu negocio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Lo que quieres</w:t>
            </w:r>
          </w:p>
        </w:tc>
        <w:tc>
          <w:tcPr>
            <w:tcW w:type="dxa" w:w="6350"/>
            <w:shd w:val="clear" w:color="auto" w:fill="F4F8F7"/>
          </w:tcPr>
          <w:p>
            <w:r>
              <w:rPr>
                <w:sz w:val="19"/>
              </w:rPr>
              <w:t>☐ Web estática     ☐ Web dinámica     ☐ Plan Básico     ☐ Plan Estándar     ☐ Plan Premium     ☐ Aún no lo sé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Quién rellena la ficha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Su correo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Su teléfono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Fecha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p>
      <w:pPr>
        <w:spacing w:before="280" w:after="40"/>
      </w:pPr>
      <w:r>
        <w:rPr>
          <w:b/>
          <w:color w:val="1E9D8B"/>
          <w:sz w:val="22"/>
        </w:rPr>
        <w:t xml:space="preserve">01  </w:t>
      </w:r>
      <w:r>
        <w:rPr>
          <w:b/>
          <w:color w:val="16201F"/>
          <w:sz w:val="30"/>
        </w:rPr>
        <w:t>El negocio</w:t>
      </w:r>
    </w:p>
    <w:p>
      <w:pPr>
        <w:spacing w:after="120"/>
      </w:pPr>
      <w:r>
        <w:rPr>
          <w:b w:val="0"/>
          <w:i w:val="0"/>
          <w:color w:val="5D6B68"/>
          <w:sz w:val="18"/>
        </w:rPr>
        <w:t>Quién eres, qué haces y a quién atiendes. Con tus palabras: es lo que da el tono a toda la web.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Nombre comercial (el que va en la web)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Razón social o nombre completo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Actividad o especialidad</w:t>
            </w:r>
          </w:p>
          <w:p>
            <w:r>
              <w:rPr>
                <w:color w:val="5D6B68"/>
                <w:sz w:val="16"/>
              </w:rPr>
              <w:t>Por ejemplo: peluquería, abogados de familia, clínica dental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Año de inicio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Qué haces, en tres o cuatro líneas</w:t>
            </w:r>
          </w:p>
        </w:tc>
        <w:tc>
          <w:tcPr>
            <w:tcW w:type="dxa" w:w="6350"/>
            <w:shd w:val="clear" w:color="auto" w:fill="F4F8F7"/>
          </w:tcPr>
          <w:p/>
          <w:p/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Qué te diferencia de otros que hacen lo mismo</w:t>
            </w:r>
          </w:p>
        </w:tc>
        <w:tc>
          <w:tcPr>
            <w:tcW w:type="dxa" w:w="6350"/>
            <w:shd w:val="clear" w:color="auto" w:fill="F4F8F7"/>
          </w:tcPr>
          <w:p/>
          <w:p/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A quién atiendes (tipo de cliente, edades, empresas o particulares)</w:t>
            </w:r>
          </w:p>
        </w:tc>
        <w:tc>
          <w:tcPr>
            <w:tcW w:type="dxa" w:w="6350"/>
            <w:shd w:val="clear" w:color="auto" w:fill="F4F8F7"/>
          </w:tcPr>
          <w:p/>
          <w:p/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Colegio profesional y número de colegiado, si es profesión colegiada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Número de registro sanitario, si es un centro sanitario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Idioma de la web</w:t>
            </w:r>
          </w:p>
          <w:p>
            <w:r>
              <w:rPr>
                <w:color w:val="5D6B68"/>
                <w:sz w:val="16"/>
              </w:rPr>
              <w:t>Si hay más de uno, cuál es el principal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Redes sociales (direcciones completas)</w:t>
            </w:r>
          </w:p>
        </w:tc>
        <w:tc>
          <w:tcPr>
            <w:tcW w:type="dxa" w:w="6350"/>
            <w:shd w:val="clear" w:color="auto" w:fill="F4F8F7"/>
          </w:tcPr>
          <w:p/>
          <w:p/>
          <w:p/>
        </w:tc>
      </w:tr>
    </w:tbl>
    <w:p>
      <w:pPr>
        <w:spacing w:after="0"/>
      </w:pPr>
    </w:p>
    <w:p>
      <w:pPr>
        <w:spacing w:before="280" w:after="40"/>
      </w:pPr>
      <w:r>
        <w:rPr>
          <w:b/>
          <w:color w:val="1E9D8B"/>
          <w:sz w:val="22"/>
        </w:rPr>
        <w:t xml:space="preserve">02  </w:t>
      </w:r>
      <w:r>
        <w:rPr>
          <w:b/>
          <w:color w:val="16201F"/>
          <w:sz w:val="30"/>
        </w:rPr>
        <w:t>Dónde estás y cómo te contactan</w:t>
      </w:r>
    </w:p>
    <w:p>
      <w:pPr>
        <w:spacing w:after="120"/>
      </w:pPr>
      <w:r>
        <w:rPr>
          <w:b w:val="0"/>
          <w:i w:val="0"/>
          <w:color w:val="5D6B68"/>
          <w:sz w:val="18"/>
        </w:rPr>
        <w:t>Los datos van idénticos en la web, en Google y en los directorios: por eso los pedimos exactos.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Dirección completa (calle, número, piso, código postal, localidad, provincia)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Teléfono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WhatsApp, si atiendes por ahí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Correo de contacto público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Horario de atención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¿Tienes ficha de Google (Google Business)?</w:t>
            </w:r>
          </w:p>
        </w:tc>
        <w:tc>
          <w:tcPr>
            <w:tcW w:type="dxa" w:w="6350"/>
            <w:shd w:val="clear" w:color="auto" w:fill="F4F8F7"/>
          </w:tcPr>
          <w:p>
            <w:r>
              <w:rPr>
                <w:sz w:val="19"/>
              </w:rPr>
              <w:t>☐ Sí, a mi nombre     ☐ Sí, pero no sé de quién     ☐ No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Localidades que atiendes</w:t>
            </w:r>
          </w:p>
          <w:p>
            <w:r>
              <w:rPr>
                <w:color w:val="5D6B68"/>
                <w:sz w:val="16"/>
              </w:rPr>
              <w:t>Las que de verdad atiendes</w:t>
            </w:r>
          </w:p>
        </w:tc>
        <w:tc>
          <w:tcPr>
            <w:tcW w:type="dxa" w:w="6350"/>
            <w:shd w:val="clear" w:color="auto" w:fill="F4F8F7"/>
          </w:tcPr>
          <w:p/>
          <w:p/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Cómo se llega, aparcamiento, referencias cercanas (para la página de contacto)</w:t>
            </w:r>
          </w:p>
        </w:tc>
        <w:tc>
          <w:tcPr>
            <w:tcW w:type="dxa" w:w="6350"/>
            <w:shd w:val="clear" w:color="auto" w:fill="F4F8F7"/>
          </w:tcPr>
          <w:p/>
          <w:p/>
          <w:p/>
        </w:tc>
      </w:tr>
    </w:tbl>
    <w:p>
      <w:pPr>
        <w:spacing w:after="0"/>
      </w:pPr>
    </w:p>
    <w:p>
      <w:pPr>
        <w:spacing w:before="280" w:after="40"/>
      </w:pPr>
      <w:r>
        <w:rPr>
          <w:b/>
          <w:color w:val="1E9D8B"/>
          <w:sz w:val="22"/>
        </w:rPr>
        <w:t xml:space="preserve">03  </w:t>
      </w:r>
      <w:r>
        <w:rPr>
          <w:b/>
          <w:color w:val="16201F"/>
          <w:sz w:val="30"/>
        </w:rPr>
        <w:t>Las personas</w:t>
      </w:r>
    </w:p>
    <w:p>
      <w:pPr>
        <w:spacing w:after="120"/>
      </w:pPr>
      <w:r>
        <w:rPr>
          <w:b w:val="0"/>
          <w:i w:val="0"/>
          <w:color w:val="5D6B68"/>
          <w:sz w:val="18"/>
        </w:rPr>
        <w:t>Quién da la cara en la web, con su nombre y su foto. Si eres solo tú, rellena una línea.</w:t>
      </w:r>
    </w:p>
    <w:p>
      <w:pPr>
        <w:spacing w:after="60"/>
      </w:pPr>
      <w:r>
        <w:rPr>
          <w:b/>
          <w:i w:val="0"/>
          <w:color w:val="16201F"/>
          <w:sz w:val="19"/>
        </w:rPr>
        <w:t>Personas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7F3F0"/>
          </w:tcPr>
          <w:p>
            <w:r>
              <w:rPr>
                <w:b/>
                <w:sz w:val="16"/>
              </w:rPr>
              <w:t>NOMBRE Y APELLIDOS</w:t>
            </w:r>
          </w:p>
        </w:tc>
        <w:tc>
          <w:tcPr>
            <w:tcW w:type="dxa" w:w="2466"/>
            <w:shd w:val="clear" w:color="auto" w:fill="E7F3F0"/>
          </w:tcPr>
          <w:p>
            <w:r>
              <w:rPr>
                <w:b/>
                <w:sz w:val="16"/>
              </w:rPr>
              <w:t>CARGO O TÍTULO</w:t>
            </w:r>
          </w:p>
        </w:tc>
        <w:tc>
          <w:tcPr>
            <w:tcW w:type="dxa" w:w="2466"/>
            <w:shd w:val="clear" w:color="auto" w:fill="E7F3F0"/>
          </w:tcPr>
          <w:p>
            <w:r>
              <w:rPr>
                <w:b/>
                <w:sz w:val="16"/>
              </w:rPr>
              <w:t>Nº COLEGIADO</w:t>
            </w:r>
          </w:p>
        </w:tc>
        <w:tc>
          <w:tcPr>
            <w:tcW w:type="dxa" w:w="2466"/>
            <w:shd w:val="clear" w:color="auto" w:fill="E7F3F0"/>
          </w:tcPr>
          <w:p>
            <w:r>
              <w:rPr>
                <w:b/>
                <w:sz w:val="16"/>
              </w:rPr>
              <w:t>¿HAY FOTO?</w:t>
            </w:r>
          </w:p>
        </w:tc>
      </w:tr>
      <w:tr>
        <w:tc>
          <w:tcPr>
            <w:tcW w:type="dxa" w:w="2466"/>
            <w:shd w:val="clear" w:color="auto" w:fill="F4F8F7"/>
          </w:tcPr>
          <w:p/>
        </w:tc>
        <w:tc>
          <w:tcPr>
            <w:tcW w:type="dxa" w:w="2466"/>
            <w:shd w:val="clear" w:color="auto" w:fill="F4F8F7"/>
          </w:tcPr>
          <w:p/>
        </w:tc>
        <w:tc>
          <w:tcPr>
            <w:tcW w:type="dxa" w:w="2466"/>
            <w:shd w:val="clear" w:color="auto" w:fill="F4F8F7"/>
          </w:tcPr>
          <w:p/>
        </w:tc>
        <w:tc>
          <w:tcPr>
            <w:tcW w:type="dxa" w:w="2466"/>
            <w:shd w:val="clear" w:color="auto" w:fill="F4F8F7"/>
          </w:tcPr>
          <w:p/>
        </w:tc>
      </w:tr>
      <w:tr>
        <w:tc>
          <w:tcPr>
            <w:tcW w:type="dxa" w:w="2466"/>
            <w:shd w:val="clear" w:color="auto" w:fill="F4F8F7"/>
          </w:tcPr>
          <w:p/>
        </w:tc>
        <w:tc>
          <w:tcPr>
            <w:tcW w:type="dxa" w:w="2466"/>
            <w:shd w:val="clear" w:color="auto" w:fill="F4F8F7"/>
          </w:tcPr>
          <w:p/>
        </w:tc>
        <w:tc>
          <w:tcPr>
            <w:tcW w:type="dxa" w:w="2466"/>
            <w:shd w:val="clear" w:color="auto" w:fill="F4F8F7"/>
          </w:tcPr>
          <w:p/>
        </w:tc>
        <w:tc>
          <w:tcPr>
            <w:tcW w:type="dxa" w:w="2466"/>
            <w:shd w:val="clear" w:color="auto" w:fill="F4F8F7"/>
          </w:tcPr>
          <w:p/>
        </w:tc>
      </w:tr>
      <w:tr>
        <w:tc>
          <w:tcPr>
            <w:tcW w:type="dxa" w:w="2466"/>
            <w:shd w:val="clear" w:color="auto" w:fill="F4F8F7"/>
          </w:tcPr>
          <w:p/>
        </w:tc>
        <w:tc>
          <w:tcPr>
            <w:tcW w:type="dxa" w:w="2466"/>
            <w:shd w:val="clear" w:color="auto" w:fill="F4F8F7"/>
          </w:tcPr>
          <w:p/>
        </w:tc>
        <w:tc>
          <w:tcPr>
            <w:tcW w:type="dxa" w:w="2466"/>
            <w:shd w:val="clear" w:color="auto" w:fill="F4F8F7"/>
          </w:tcPr>
          <w:p/>
        </w:tc>
        <w:tc>
          <w:tcPr>
            <w:tcW w:type="dxa" w:w="2466"/>
            <w:shd w:val="clear" w:color="auto" w:fill="F4F8F7"/>
          </w:tcPr>
          <w:p/>
        </w:tc>
      </w:tr>
      <w:tr>
        <w:tc>
          <w:tcPr>
            <w:tcW w:type="dxa" w:w="2466"/>
            <w:shd w:val="clear" w:color="auto" w:fill="F4F8F7"/>
          </w:tcPr>
          <w:p/>
        </w:tc>
        <w:tc>
          <w:tcPr>
            <w:tcW w:type="dxa" w:w="2466"/>
            <w:shd w:val="clear" w:color="auto" w:fill="F4F8F7"/>
          </w:tcPr>
          <w:p/>
        </w:tc>
        <w:tc>
          <w:tcPr>
            <w:tcW w:type="dxa" w:w="2466"/>
            <w:shd w:val="clear" w:color="auto" w:fill="F4F8F7"/>
          </w:tcPr>
          <w:p/>
        </w:tc>
        <w:tc>
          <w:tcPr>
            <w:tcW w:type="dxa" w:w="2466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Presentación de cada persona, en cuatro o cinco líneas (formación, experiencia, qué le gusta de su trabajo)</w:t>
            </w:r>
          </w:p>
        </w:tc>
        <w:tc>
          <w:tcPr>
            <w:tcW w:type="dxa" w:w="6350"/>
            <w:shd w:val="clear" w:color="auto" w:fill="F4F8F7"/>
          </w:tcPr>
          <w:p/>
          <w:p/>
          <w:p/>
          <w:p/>
        </w:tc>
      </w:tr>
    </w:tbl>
    <w:p>
      <w:pPr>
        <w:spacing w:after="0"/>
      </w:pPr>
    </w:p>
    <w:p>
      <w:pPr>
        <w:spacing w:before="280" w:after="40"/>
      </w:pPr>
      <w:r>
        <w:rPr>
          <w:b/>
          <w:color w:val="1E9D8B"/>
          <w:sz w:val="22"/>
        </w:rPr>
        <w:t xml:space="preserve">04  </w:t>
      </w:r>
      <w:r>
        <w:rPr>
          <w:b/>
          <w:color w:val="16201F"/>
          <w:sz w:val="30"/>
        </w:rPr>
        <w:t>Tus servicios</w:t>
      </w:r>
    </w:p>
    <w:p>
      <w:pPr>
        <w:spacing w:after="120"/>
      </w:pPr>
      <w:r>
        <w:rPr>
          <w:b w:val="0"/>
          <w:i w:val="0"/>
          <w:color w:val="5D6B68"/>
          <w:sz w:val="18"/>
        </w:rPr>
        <w:t>Cada servicio suele ser una página de la web. Ponlos en el orden en que quieres que aparezcan.</w:t>
      </w:r>
    </w:p>
    <w:p>
      <w:pPr>
        <w:spacing w:after="60"/>
      </w:pPr>
      <w:r>
        <w:rPr>
          <w:b/>
          <w:i w:val="0"/>
          <w:color w:val="16201F"/>
          <w:sz w:val="19"/>
        </w:rPr>
        <w:t>Servicios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E7F3F0"/>
          </w:tcPr>
          <w:p>
            <w:r>
              <w:rPr>
                <w:b/>
                <w:sz w:val="16"/>
              </w:rPr>
              <w:t>SERVICIO</w:t>
            </w:r>
          </w:p>
        </w:tc>
        <w:tc>
          <w:tcPr>
            <w:tcW w:type="dxa" w:w="3289"/>
            <w:shd w:val="clear" w:color="auto" w:fill="E7F3F0"/>
          </w:tcPr>
          <w:p>
            <w:r>
              <w:rPr>
                <w:b/>
                <w:sz w:val="16"/>
              </w:rPr>
              <w:t>PARA QUIÉN Y EN QUÉ CONSISTE (DOS LÍNEAS)</w:t>
            </w:r>
          </w:p>
        </w:tc>
        <w:tc>
          <w:tcPr>
            <w:tcW w:type="dxa" w:w="3289"/>
            <w:shd w:val="clear" w:color="auto" w:fill="E7F3F0"/>
          </w:tcPr>
          <w:p>
            <w:r>
              <w:rPr>
                <w:b/>
                <w:sz w:val="16"/>
              </w:rPr>
              <w:t>¿PRECIO VISIBLE?</w:t>
            </w:r>
          </w:p>
        </w:tc>
      </w:tr>
      <w:tr>
        <w:tc>
          <w:tcPr>
            <w:tcW w:type="dxa" w:w="3289"/>
            <w:shd w:val="clear" w:color="auto" w:fill="F4F8F7"/>
          </w:tcPr>
          <w:p/>
        </w:tc>
        <w:tc>
          <w:tcPr>
            <w:tcW w:type="dxa" w:w="3289"/>
            <w:shd w:val="clear" w:color="auto" w:fill="F4F8F7"/>
          </w:tcPr>
          <w:p/>
        </w:tc>
        <w:tc>
          <w:tcPr>
            <w:tcW w:type="dxa" w:w="3289"/>
            <w:shd w:val="clear" w:color="auto" w:fill="F4F8F7"/>
          </w:tcPr>
          <w:p/>
        </w:tc>
      </w:tr>
      <w:tr>
        <w:tc>
          <w:tcPr>
            <w:tcW w:type="dxa" w:w="3289"/>
            <w:shd w:val="clear" w:color="auto" w:fill="F4F8F7"/>
          </w:tcPr>
          <w:p/>
        </w:tc>
        <w:tc>
          <w:tcPr>
            <w:tcW w:type="dxa" w:w="3289"/>
            <w:shd w:val="clear" w:color="auto" w:fill="F4F8F7"/>
          </w:tcPr>
          <w:p/>
        </w:tc>
        <w:tc>
          <w:tcPr>
            <w:tcW w:type="dxa" w:w="3289"/>
            <w:shd w:val="clear" w:color="auto" w:fill="F4F8F7"/>
          </w:tcPr>
          <w:p/>
        </w:tc>
      </w:tr>
      <w:tr>
        <w:tc>
          <w:tcPr>
            <w:tcW w:type="dxa" w:w="3289"/>
            <w:shd w:val="clear" w:color="auto" w:fill="F4F8F7"/>
          </w:tcPr>
          <w:p/>
        </w:tc>
        <w:tc>
          <w:tcPr>
            <w:tcW w:type="dxa" w:w="3289"/>
            <w:shd w:val="clear" w:color="auto" w:fill="F4F8F7"/>
          </w:tcPr>
          <w:p/>
        </w:tc>
        <w:tc>
          <w:tcPr>
            <w:tcW w:type="dxa" w:w="3289"/>
            <w:shd w:val="clear" w:color="auto" w:fill="F4F8F7"/>
          </w:tcPr>
          <w:p/>
        </w:tc>
      </w:tr>
      <w:tr>
        <w:tc>
          <w:tcPr>
            <w:tcW w:type="dxa" w:w="3289"/>
            <w:shd w:val="clear" w:color="auto" w:fill="F4F8F7"/>
          </w:tcPr>
          <w:p/>
        </w:tc>
        <w:tc>
          <w:tcPr>
            <w:tcW w:type="dxa" w:w="3289"/>
            <w:shd w:val="clear" w:color="auto" w:fill="F4F8F7"/>
          </w:tcPr>
          <w:p/>
        </w:tc>
        <w:tc>
          <w:tcPr>
            <w:tcW w:type="dxa" w:w="3289"/>
            <w:shd w:val="clear" w:color="auto" w:fill="F4F8F7"/>
          </w:tcPr>
          <w:p/>
        </w:tc>
      </w:tr>
      <w:tr>
        <w:tc>
          <w:tcPr>
            <w:tcW w:type="dxa" w:w="3289"/>
            <w:shd w:val="clear" w:color="auto" w:fill="F4F8F7"/>
          </w:tcPr>
          <w:p/>
        </w:tc>
        <w:tc>
          <w:tcPr>
            <w:tcW w:type="dxa" w:w="3289"/>
            <w:shd w:val="clear" w:color="auto" w:fill="F4F8F7"/>
          </w:tcPr>
          <w:p/>
        </w:tc>
        <w:tc>
          <w:tcPr>
            <w:tcW w:type="dxa" w:w="3289"/>
            <w:shd w:val="clear" w:color="auto" w:fill="F4F8F7"/>
          </w:tcPr>
          <w:p/>
        </w:tc>
      </w:tr>
      <w:tr>
        <w:tc>
          <w:tcPr>
            <w:tcW w:type="dxa" w:w="3289"/>
            <w:shd w:val="clear" w:color="auto" w:fill="F4F8F7"/>
          </w:tcPr>
          <w:p/>
        </w:tc>
        <w:tc>
          <w:tcPr>
            <w:tcW w:type="dxa" w:w="3289"/>
            <w:shd w:val="clear" w:color="auto" w:fill="F4F8F7"/>
          </w:tcPr>
          <w:p/>
        </w:tc>
        <w:tc>
          <w:tcPr>
            <w:tcW w:type="dxa" w:w="3289"/>
            <w:shd w:val="clear" w:color="auto" w:fill="F4F8F7"/>
          </w:tcPr>
          <w:p/>
        </w:tc>
      </w:tr>
      <w:tr>
        <w:tc>
          <w:tcPr>
            <w:tcW w:type="dxa" w:w="3289"/>
            <w:shd w:val="clear" w:color="auto" w:fill="F4F8F7"/>
          </w:tcPr>
          <w:p/>
        </w:tc>
        <w:tc>
          <w:tcPr>
            <w:tcW w:type="dxa" w:w="3289"/>
            <w:shd w:val="clear" w:color="auto" w:fill="F4F8F7"/>
          </w:tcPr>
          <w:p/>
        </w:tc>
        <w:tc>
          <w:tcPr>
            <w:tcW w:type="dxa" w:w="3289"/>
            <w:shd w:val="clear" w:color="auto" w:fill="F4F8F7"/>
          </w:tcPr>
          <w:p/>
        </w:tc>
      </w:tr>
      <w:tr>
        <w:tc>
          <w:tcPr>
            <w:tcW w:type="dxa" w:w="3289"/>
            <w:shd w:val="clear" w:color="auto" w:fill="F4F8F7"/>
          </w:tcPr>
          <w:p/>
        </w:tc>
        <w:tc>
          <w:tcPr>
            <w:tcW w:type="dxa" w:w="3289"/>
            <w:shd w:val="clear" w:color="auto" w:fill="F4F8F7"/>
          </w:tcPr>
          <w:p/>
        </w:tc>
        <w:tc>
          <w:tcPr>
            <w:tcW w:type="dxa" w:w="3289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Servicio principal: el que más quieres que te pidan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Cómo te piden cita o presupuesto (llamada, WhatsApp, formulario, cita en línea)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p>
      <w:pPr>
        <w:spacing w:before="280" w:after="40"/>
      </w:pPr>
      <w:r>
        <w:rPr>
          <w:b/>
          <w:color w:val="1E9D8B"/>
          <w:sz w:val="22"/>
        </w:rPr>
        <w:t xml:space="preserve">05  </w:t>
      </w:r>
      <w:r>
        <w:rPr>
          <w:b/>
          <w:color w:val="16201F"/>
          <w:sz w:val="30"/>
        </w:rPr>
        <w:t>Las páginas y el menú</w:t>
      </w:r>
    </w:p>
    <w:p>
      <w:pPr>
        <w:spacing w:after="120"/>
      </w:pPr>
      <w:r>
        <w:rPr>
          <w:b w:val="0"/>
          <w:i w:val="0"/>
          <w:color w:val="5D6B68"/>
          <w:sz w:val="18"/>
        </w:rPr>
        <w:t>Qué páginas tiene la web y en qué orden van en el menú. Lo esencial ya viene marcado.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Páginas</w:t>
            </w:r>
          </w:p>
        </w:tc>
        <w:tc>
          <w:tcPr>
            <w:tcW w:type="dxa" w:w="6350"/>
            <w:shd w:val="clear" w:color="auto" w:fill="F4F8F7"/>
          </w:tcPr>
          <w:p>
            <w:r>
              <w:rPr>
                <w:sz w:val="19"/>
              </w:rPr>
              <w:t>☒ Inicio     ☒ Una página por servicio     ☒ Presentación (sobre mí, sobre nosotros)     ☒ Contacto, con mapa y formulario     ☐ Preguntas frecuentes     ☐ Tarifas     ☐ Equipo     ☐ Blog (con un plan de posicionamiento)     ☐ Otras: 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Orden del menú, de izquierda a derecha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Qué tiene que ver la gente nada más entrar: la frase principal, qué se destaca y a qué se invita</w:t>
            </w:r>
          </w:p>
        </w:tc>
        <w:tc>
          <w:tcPr>
            <w:tcW w:type="dxa" w:w="6350"/>
            <w:shd w:val="clear" w:color="auto" w:fill="F4F8F7"/>
          </w:tcPr>
          <w:p/>
          <w:p/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Botón principal de la web</w:t>
            </w:r>
          </w:p>
          <w:p>
            <w:r>
              <w:rPr>
                <w:color w:val="5D6B68"/>
                <w:sz w:val="16"/>
              </w:rPr>
              <w:t>Por ejemplo: Pedir cita, Llamar, Escribir por WhatsApp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Qué va en el pie de página, además de los datos legales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p>
      <w:pPr>
        <w:spacing w:before="280" w:after="40"/>
      </w:pPr>
      <w:r>
        <w:rPr>
          <w:b/>
          <w:color w:val="1E9D8B"/>
          <w:sz w:val="22"/>
        </w:rPr>
        <w:t xml:space="preserve">06  </w:t>
      </w:r>
      <w:r>
        <w:rPr>
          <w:b/>
          <w:color w:val="16201F"/>
          <w:sz w:val="30"/>
        </w:rPr>
        <w:t>Cómo tiene que verse</w:t>
      </w:r>
    </w:p>
    <w:p>
      <w:pPr>
        <w:spacing w:after="120"/>
      </w:pPr>
      <w:r>
        <w:rPr>
          <w:b w:val="0"/>
          <w:i w:val="0"/>
          <w:color w:val="5D6B68"/>
          <w:sz w:val="18"/>
        </w:rPr>
        <w:t>Aquí está la mitad de los cambios que se piden después. Cuanto más concreto, menos revisiones gastas.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Logotipo</w:t>
            </w:r>
          </w:p>
        </w:tc>
        <w:tc>
          <w:tcPr>
            <w:tcW w:type="dxa" w:w="6350"/>
            <w:shd w:val="clear" w:color="auto" w:fill="F4F8F7"/>
          </w:tcPr>
          <w:p>
            <w:r>
              <w:rPr>
                <w:sz w:val="19"/>
              </w:rPr>
              <w:t>☐ Lo tengo en archivo (SVG, PNG sin fondo o PDF)     ☐ Solo en imagen pequeña     ☐ No tengo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Colores (códigos si los conoces, o «los del logo»)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Tipografía (una preferencia, o «elegid vosotros»)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Tres palabras que describan cómo tiene que sentirse la web</w:t>
            </w:r>
          </w:p>
          <w:p>
            <w:r>
              <w:rPr>
                <w:color w:val="5D6B68"/>
                <w:sz w:val="16"/>
              </w:rPr>
              <w:t>Por ejemplo: cercana, seria, luminosa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Webs que te gustan (dirección y qué te gusta de cada una)</w:t>
            </w:r>
          </w:p>
        </w:tc>
        <w:tc>
          <w:tcPr>
            <w:tcW w:type="dxa" w:w="6350"/>
            <w:shd w:val="clear" w:color="auto" w:fill="F4F8F7"/>
          </w:tcPr>
          <w:p/>
          <w:p/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Webs que no te gustan, y por qué</w:t>
            </w:r>
          </w:p>
        </w:tc>
        <w:tc>
          <w:tcPr>
            <w:tcW w:type="dxa" w:w="6350"/>
            <w:shd w:val="clear" w:color="auto" w:fill="F4F8F7"/>
          </w:tcPr>
          <w:p/>
          <w:p/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Fotografías propias</w:t>
            </w:r>
          </w:p>
        </w:tc>
        <w:tc>
          <w:tcPr>
            <w:tcW w:type="dxa" w:w="6350"/>
            <w:shd w:val="clear" w:color="auto" w:fill="F4F8F7"/>
          </w:tcPr>
          <w:p>
            <w:r>
              <w:rPr>
                <w:sz w:val="19"/>
              </w:rPr>
              <w:t>☐ Las tengo y os las paso     ☐ Haré una sesión     ☐ No tengo: usad un banco con licencia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Cómo nos pasas los archivos (carpeta compartida, correo, WhatsApp)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Tono de los textos (de usted o de tú, técnico o llano, algo que nunca dirías)</w:t>
            </w:r>
          </w:p>
        </w:tc>
        <w:tc>
          <w:tcPr>
            <w:tcW w:type="dxa" w:w="6350"/>
            <w:shd w:val="clear" w:color="auto" w:fill="F4F8F7"/>
          </w:tcPr>
          <w:p/>
          <w:p/>
          <w:p/>
        </w:tc>
      </w:tr>
    </w:tbl>
    <w:p>
      <w:pPr>
        <w:spacing w:after="0"/>
      </w:pPr>
    </w:p>
    <w:p>
      <w:pPr>
        <w:spacing w:before="280" w:after="40"/>
      </w:pPr>
      <w:r>
        <w:rPr>
          <w:b/>
          <w:color w:val="1E9D8B"/>
          <w:sz w:val="22"/>
        </w:rPr>
        <w:t xml:space="preserve">07  </w:t>
      </w:r>
      <w:r>
        <w:rPr>
          <w:b/>
          <w:color w:val="16201F"/>
          <w:sz w:val="30"/>
        </w:rPr>
        <w:t>Lo que ya tienes</w:t>
      </w:r>
    </w:p>
    <w:p>
      <w:pPr>
        <w:spacing w:after="120"/>
      </w:pPr>
      <w:r>
        <w:rPr>
          <w:b w:val="0"/>
          <w:i w:val="0"/>
          <w:color w:val="5D6B68"/>
          <w:sz w:val="18"/>
        </w:rPr>
        <w:t>Si ya tienes web, conservamos lo que funciona. Si no, déjalo en blanco.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Dirección de la web actual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Con qué está hecha y quién la lleva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Qué hay que conservar (textos, páginas, artículos, imágenes)</w:t>
            </w:r>
          </w:p>
        </w:tc>
        <w:tc>
          <w:tcPr>
            <w:tcW w:type="dxa" w:w="6350"/>
            <w:shd w:val="clear" w:color="auto" w:fill="F4F8F7"/>
          </w:tcPr>
          <w:p/>
          <w:p/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Qué no quieres volver a ver</w:t>
            </w:r>
          </w:p>
        </w:tc>
        <w:tc>
          <w:tcPr>
            <w:tcW w:type="dxa" w:w="6350"/>
            <w:shd w:val="clear" w:color="auto" w:fill="F4F8F7"/>
          </w:tcPr>
          <w:p/>
          <w:p/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Otros dominios del negocio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¿Tienes textos ya escritos que quieras usar? ¿Cuáles?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p>
      <w:pPr>
        <w:spacing w:before="280" w:after="40"/>
      </w:pPr>
      <w:r>
        <w:rPr>
          <w:b/>
          <w:color w:val="1E9D8B"/>
          <w:sz w:val="22"/>
        </w:rPr>
        <w:t xml:space="preserve">08  </w:t>
      </w:r>
      <w:r>
        <w:rPr>
          <w:b/>
          <w:color w:val="16201F"/>
          <w:sz w:val="30"/>
        </w:rPr>
        <w:t>Dominio, correo y cuentas</w:t>
      </w:r>
    </w:p>
    <w:p>
      <w:pPr>
        <w:spacing w:after="120"/>
      </w:pPr>
      <w:r>
        <w:rPr>
          <w:b w:val="0"/>
          <w:i w:val="0"/>
          <w:color w:val="5D6B68"/>
          <w:sz w:val="18"/>
        </w:rPr>
        <w:t>El dominio es tuyo y va a tu nombre. Nosotros te decimos a dónde apuntarlo.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Dominio de la web (o el que te gustaría)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¿Está comprado? ¿Dónde y a nombre de quién?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Quién tiene acceso a donde está el dominio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Correo con tu dominio: ¿lo tienes? ¿Con quién? (Google, Microsoft, otro)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Google Search Console</w:t>
            </w:r>
          </w:p>
        </w:tc>
        <w:tc>
          <w:tcPr>
            <w:tcW w:type="dxa" w:w="6350"/>
            <w:shd w:val="clear" w:color="auto" w:fill="F4F8F7"/>
          </w:tcPr>
          <w:p>
            <w:r>
              <w:rPr>
                <w:sz w:val="19"/>
              </w:rPr>
              <w:t>☐ Lo tengo     ☐ No lo tengo     ☐ No sé qué es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Analítica y píxeles que quieras en la web (Google Analytics, Meta, Google Ads) y sus identificadores</w:t>
            </w:r>
          </w:p>
        </w:tc>
        <w:tc>
          <w:tcPr>
            <w:tcW w:type="dxa" w:w="6350"/>
            <w:shd w:val="clear" w:color="auto" w:fill="F4F8F7"/>
          </w:tcPr>
          <w:p/>
          <w:p/>
          <w:p/>
        </w:tc>
      </w:tr>
    </w:tbl>
    <w:p>
      <w:pPr>
        <w:spacing w:after="0"/>
      </w:pPr>
    </w:p>
    <w:p>
      <w:pPr>
        <w:spacing w:before="280" w:after="40"/>
      </w:pPr>
      <w:r>
        <w:rPr>
          <w:b/>
          <w:color w:val="1E9D8B"/>
          <w:sz w:val="22"/>
        </w:rPr>
        <w:t xml:space="preserve">09  </w:t>
      </w:r>
      <w:r>
        <w:rPr>
          <w:b/>
          <w:color w:val="16201F"/>
          <w:sz w:val="30"/>
        </w:rPr>
        <w:t>Formularios</w:t>
      </w:r>
    </w:p>
    <w:p>
      <w:pPr>
        <w:spacing w:after="120"/>
      </w:pPr>
      <w:r>
        <w:rPr>
          <w:b w:val="0"/>
          <w:i w:val="0"/>
          <w:color w:val="5D6B68"/>
          <w:sz w:val="18"/>
        </w:rPr>
        <w:t>Lo que escriben tus visitantes son datos personales: pedimos lo mínimo.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Formularios que necesitas</w:t>
            </w:r>
          </w:p>
        </w:tc>
        <w:tc>
          <w:tcPr>
            <w:tcW w:type="dxa" w:w="6350"/>
            <w:shd w:val="clear" w:color="auto" w:fill="F4F8F7"/>
          </w:tcPr>
          <w:p>
            <w:r>
              <w:rPr>
                <w:sz w:val="19"/>
              </w:rPr>
              <w:t>☒ Contacto     ☐ Pedir cita     ☐ Pedir presupuesto     ☐ Otro: 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Qué datos pide (nombre, teléfono, correo, mensaje, otros)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A qué correo llegan los avisos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Texto de respuesta automática a quien escribe (o «el habitual»)</w:t>
            </w:r>
          </w:p>
        </w:tc>
        <w:tc>
          <w:tcPr>
            <w:tcW w:type="dxa" w:w="6350"/>
            <w:shd w:val="clear" w:color="auto" w:fill="F4F8F7"/>
          </w:tcPr>
          <w:p/>
          <w:p/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¿Eres un centro sanitario? (el formulario avisará de no escribir datos de salud)</w:t>
            </w:r>
          </w:p>
        </w:tc>
        <w:tc>
          <w:tcPr>
            <w:tcW w:type="dxa" w:w="6350"/>
            <w:shd w:val="clear" w:color="auto" w:fill="F4F8F7"/>
          </w:tcPr>
          <w:p>
            <w:r>
              <w:rPr>
                <w:sz w:val="19"/>
              </w:rPr>
              <w:t>☐ Sí     ☐ No</w:t>
            </w:r>
          </w:p>
        </w:tc>
      </w:tr>
    </w:tbl>
    <w:p>
      <w:pPr>
        <w:spacing w:after="0"/>
      </w:pPr>
    </w:p>
    <w:p>
      <w:pPr>
        <w:spacing w:before="280" w:after="40"/>
      </w:pPr>
      <w:r>
        <w:rPr>
          <w:b/>
          <w:color w:val="1E9D8B"/>
          <w:sz w:val="22"/>
        </w:rPr>
        <w:t xml:space="preserve">10  </w:t>
      </w:r>
      <w:r>
        <w:rPr>
          <w:b/>
          <w:color w:val="16201F"/>
          <w:sz w:val="30"/>
        </w:rPr>
        <w:t>Datos legales</w:t>
      </w:r>
    </w:p>
    <w:p>
      <w:pPr>
        <w:spacing w:after="120"/>
      </w:pPr>
      <w:r>
        <w:rPr>
          <w:b w:val="0"/>
          <w:i w:val="0"/>
          <w:color w:val="5D6B68"/>
          <w:sz w:val="18"/>
        </w:rPr>
        <w:t>Para el aviso legal, la privacidad y las cookies de la web. Tú eres responsable de que sean correctos.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Titular de la web (nombre o razón social)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NIF o CIF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Domicilio a efectos legales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Datos registrales, si es sociedad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Correo para ejercer derechos de protección de datos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Otros datos que tu asesor quiera que figuren (delegado de protección de datos, colegio, título oficial)</w:t>
            </w:r>
          </w:p>
        </w:tc>
        <w:tc>
          <w:tcPr>
            <w:tcW w:type="dxa" w:w="6350"/>
            <w:shd w:val="clear" w:color="auto" w:fill="F4F8F7"/>
          </w:tcPr>
          <w:p/>
          <w:p/>
          <w:p/>
        </w:tc>
      </w:tr>
    </w:tbl>
    <w:p>
      <w:pPr>
        <w:spacing w:after="0"/>
      </w:pPr>
    </w:p>
    <w:p>
      <w:pPr>
        <w:spacing w:before="280" w:after="40"/>
      </w:pPr>
      <w:r>
        <w:rPr>
          <w:b/>
          <w:color w:val="1E9D8B"/>
          <w:sz w:val="22"/>
        </w:rPr>
        <w:t xml:space="preserve">11  </w:t>
      </w:r>
      <w:r>
        <w:rPr>
          <w:b/>
          <w:color w:val="16201F"/>
          <w:sz w:val="30"/>
        </w:rPr>
        <w:t>Por qué quieres que te encuentren</w:t>
      </w:r>
    </w:p>
    <w:p>
      <w:pPr>
        <w:spacing w:after="120"/>
      </w:pPr>
      <w:r>
        <w:rPr>
          <w:b w:val="0"/>
          <w:i w:val="0"/>
          <w:color w:val="5D6B68"/>
          <w:sz w:val="18"/>
        </w:rPr>
        <w:t>Imprescindible si contratas un plan de posicionamiento; en la web estática, nos ayuda con los textos. No hace falta saber de Google: basta con decir qué escribiría un cliente.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De cinco a diez búsquedas por las que quieres aparecer</w:t>
            </w:r>
          </w:p>
        </w:tc>
        <w:tc>
          <w:tcPr>
            <w:tcW w:type="dxa" w:w="6350"/>
            <w:shd w:val="clear" w:color="auto" w:fill="F4F8F7"/>
          </w:tcPr>
          <w:p/>
          <w:p/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Tres competidores que te parecen bien posicionados (sus webs)</w:t>
            </w:r>
          </w:p>
        </w:tc>
        <w:tc>
          <w:tcPr>
            <w:tcW w:type="dxa" w:w="6350"/>
            <w:shd w:val="clear" w:color="auto" w:fill="F4F8F7"/>
          </w:tcPr>
          <w:p/>
          <w:p/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Preguntas que te hacen siempre los clientes nuevos</w:t>
            </w:r>
          </w:p>
        </w:tc>
        <w:tc>
          <w:tcPr>
            <w:tcW w:type="dxa" w:w="6350"/>
            <w:shd w:val="clear" w:color="auto" w:fill="F4F8F7"/>
          </w:tcPr>
          <w:p/>
          <w:p/>
          <w:p/>
        </w:tc>
      </w:tr>
    </w:tbl>
    <w:p>
      <w:pPr>
        <w:spacing w:after="0"/>
      </w:pPr>
    </w:p>
    <w:p>
      <w:pPr>
        <w:spacing w:before="280" w:after="40"/>
      </w:pPr>
      <w:r>
        <w:rPr>
          <w:b/>
          <w:color w:val="1E9D8B"/>
          <w:sz w:val="22"/>
        </w:rPr>
        <w:t xml:space="preserve">12  </w:t>
      </w:r>
      <w:r>
        <w:rPr>
          <w:b/>
          <w:color w:val="16201F"/>
          <w:sz w:val="30"/>
        </w:rPr>
        <w:t>La revisión</w:t>
      </w:r>
    </w:p>
    <w:p>
      <w:pPr>
        <w:spacing w:after="120"/>
      </w:pPr>
      <w:r>
        <w:rPr>
          <w:b w:val="0"/>
          <w:i w:val="0"/>
          <w:color w:val="5D6B68"/>
          <w:sz w:val="18"/>
        </w:rPr>
        <w:t>Te enseñamos la web y nos pides los cambios de una vez. Antes de publicarla tienes 3 revisiones.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Quién revisa y aprueba la web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Su correo y su teléfono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Para cuándo necesitas la web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Días en los que no podrás revisarla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515"/>
          </w:tcPr>
          <w:p>
            <w:r>
              <w:rPr>
                <w:b/>
                <w:sz w:val="18"/>
              </w:rPr>
              <w:t>Confirmo que la ficha está completa y que los datos son correctos (nombre y fecha)</w:t>
            </w:r>
          </w:p>
        </w:tc>
        <w:tc>
          <w:tcPr>
            <w:tcW w:type="dxa" w:w="6350"/>
            <w:shd w:val="clear" w:color="auto" w:fill="F4F8F7"/>
          </w:tcPr>
          <w:p/>
        </w:tc>
      </w:tr>
    </w:tbl>
    <w:p>
      <w:pPr>
        <w:spacing w:after="0"/>
      </w:pPr>
    </w:p>
    <w:p>
      <w:pPr>
        <w:spacing w:after="40" w:before="280"/>
      </w:pPr>
      <w:r>
        <w:rPr>
          <w:b/>
          <w:i w:val="0"/>
          <w:color w:val="16786A"/>
          <w:sz w:val="26"/>
        </w:rPr>
        <w:t>Y ahora, envíanosla</w:t>
      </w:r>
    </w:p>
    <w:p>
      <w:pPr>
        <w:spacing w:after="40"/>
      </w:pPr>
      <w:r>
        <w:rPr>
          <w:b w:val="0"/>
          <w:i w:val="0"/>
          <w:color w:val="16201F"/>
          <w:sz w:val="20"/>
        </w:rPr>
        <w:t>Envíanos la ficha con tu logo, tus fotos y los textos que tengas.</w:t>
      </w:r>
    </w:p>
    <w:p>
      <w:pPr>
        <w:spacing w:after="40"/>
      </w:pPr>
      <w:r>
        <w:rPr>
          <w:b/>
          <w:i w:val="0"/>
          <w:color w:val="16201F"/>
          <w:sz w:val="20"/>
        </w:rPr>
        <w:t>hola@metatierradigital.com  ·  WhatsApp 613 75 31 86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para crear tu web · Metatierra Digital</dc:title>
  <dc:subject/>
  <dc:creator>Metatierra 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